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04AC9" w14:textId="1F40815E" w:rsidR="00C629BA" w:rsidRDefault="00C629BA">
      <w:pPr>
        <w:jc w:val="center"/>
        <w:rPr>
          <w:b/>
        </w:rPr>
      </w:pPr>
      <w:r>
        <w:rPr>
          <w:b/>
          <w:noProof/>
        </w:rPr>
        <w:drawing>
          <wp:inline distT="0" distB="0" distL="0" distR="0" wp14:anchorId="08AFB431" wp14:editId="521942D9">
            <wp:extent cx="6309360" cy="2040255"/>
            <wp:effectExtent l="0" t="0" r="2540" b="4445"/>
            <wp:docPr id="524609818"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609818" name="Picture 1" descr="A white background with black text&#10;&#10;AI-generated content may be incorrect."/>
                    <pic:cNvPicPr/>
                  </pic:nvPicPr>
                  <pic:blipFill>
                    <a:blip r:embed="rId6"/>
                    <a:stretch>
                      <a:fillRect/>
                    </a:stretch>
                  </pic:blipFill>
                  <pic:spPr>
                    <a:xfrm>
                      <a:off x="0" y="0"/>
                      <a:ext cx="6309360" cy="2040255"/>
                    </a:xfrm>
                    <a:prstGeom prst="rect">
                      <a:avLst/>
                    </a:prstGeom>
                  </pic:spPr>
                </pic:pic>
              </a:graphicData>
            </a:graphic>
          </wp:inline>
        </w:drawing>
      </w:r>
    </w:p>
    <w:p w14:paraId="3BC57644" w14:textId="77777777" w:rsidR="00C629BA" w:rsidRDefault="00C629BA">
      <w:pPr>
        <w:jc w:val="center"/>
        <w:rPr>
          <w:b/>
        </w:rPr>
      </w:pPr>
    </w:p>
    <w:p w14:paraId="7A33A3AD" w14:textId="14988F7D" w:rsidR="00473D37" w:rsidRDefault="00000000">
      <w:pPr>
        <w:jc w:val="center"/>
        <w:rPr>
          <w:b/>
        </w:rPr>
      </w:pPr>
      <w:r>
        <w:rPr>
          <w:b/>
        </w:rPr>
        <w:t>ETHIOPIA MISSION TRIP APPLICATION</w:t>
      </w:r>
    </w:p>
    <w:p w14:paraId="1863C2C1" w14:textId="77777777" w:rsidR="00C629BA" w:rsidRDefault="00C629BA">
      <w:pPr>
        <w:jc w:val="center"/>
      </w:pPr>
    </w:p>
    <w:p w14:paraId="2A1B2CBE" w14:textId="77777777" w:rsidR="00473D37" w:rsidRDefault="00000000">
      <w:r>
        <w:t>Please complete this application as fully as possible. Information will be used to help our team prepare for travel, service, and participant safety.</w:t>
      </w:r>
    </w:p>
    <w:p w14:paraId="3E01449B" w14:textId="77777777" w:rsidR="00C629BA" w:rsidRDefault="00C629BA">
      <w:pPr>
        <w:pStyle w:val="Heading1"/>
      </w:pPr>
    </w:p>
    <w:p w14:paraId="6F904977" w14:textId="72478D36" w:rsidR="00473D37" w:rsidRDefault="00000000">
      <w:pPr>
        <w:pStyle w:val="Heading1"/>
      </w:pPr>
      <w:r>
        <w:t>1 | Applicant Information</w:t>
      </w:r>
    </w:p>
    <w:p w14:paraId="12DC40FE" w14:textId="77777777" w:rsidR="00C629BA" w:rsidRPr="00C629BA" w:rsidRDefault="00C629BA" w:rsidP="00C629BA"/>
    <w:p w14:paraId="0D5F4F46" w14:textId="77777777" w:rsidR="00473D37" w:rsidRDefault="00000000">
      <w:r>
        <w:t>Full legal name (as shown on passport):  ____________________________________________________________</w:t>
      </w:r>
    </w:p>
    <w:p w14:paraId="1C70D945" w14:textId="77777777" w:rsidR="00473D37" w:rsidRDefault="00000000">
      <w:r>
        <w:t>Preferred name:  ____________________________________________________________</w:t>
      </w:r>
    </w:p>
    <w:p w14:paraId="304BDF52" w14:textId="77777777" w:rsidR="00473D37" w:rsidRDefault="00000000">
      <w:r>
        <w:t>Date of birth:  ____________________________________________________________</w:t>
      </w:r>
    </w:p>
    <w:p w14:paraId="69C3098E" w14:textId="77777777" w:rsidR="00473D37" w:rsidRDefault="00000000">
      <w:r>
        <w:t>Email address:  ____________________________________________________________</w:t>
      </w:r>
    </w:p>
    <w:p w14:paraId="7A527256" w14:textId="77777777" w:rsidR="00473D37" w:rsidRDefault="00000000">
      <w:r>
        <w:t>Mobile phone:  ____________________________________________________________</w:t>
      </w:r>
    </w:p>
    <w:p w14:paraId="47F940B5" w14:textId="77777777" w:rsidR="00473D37" w:rsidRDefault="00000000">
      <w:r>
        <w:t>Home address:  ____________________________________________________________</w:t>
      </w:r>
    </w:p>
    <w:p w14:paraId="40343626" w14:textId="77777777" w:rsidR="00473D37" w:rsidRDefault="00000000">
      <w:r>
        <w:t>City / State / ZIP:  ____________________________________________________________</w:t>
      </w:r>
    </w:p>
    <w:p w14:paraId="2E0E13D7" w14:textId="77777777" w:rsidR="00473D37" w:rsidRDefault="00000000">
      <w:r>
        <w:t>Profession / occupation:  ____________________________________________________________</w:t>
      </w:r>
    </w:p>
    <w:p w14:paraId="048EB878" w14:textId="51B1CF0A" w:rsidR="00C629BA" w:rsidRDefault="00000000" w:rsidP="00C629BA">
      <w:r>
        <w:t>Preferred departure airport:  ____________________________________________________________</w:t>
      </w:r>
    </w:p>
    <w:p w14:paraId="64C2B23D" w14:textId="5D64F16D" w:rsidR="00473D37" w:rsidRDefault="00000000">
      <w:pPr>
        <w:pStyle w:val="Heading1"/>
      </w:pPr>
      <w:r>
        <w:t>2 | Emergency Contact</w:t>
      </w:r>
    </w:p>
    <w:p w14:paraId="308F64DA" w14:textId="77777777" w:rsidR="00C629BA" w:rsidRPr="00C629BA" w:rsidRDefault="00C629BA" w:rsidP="00C629BA"/>
    <w:p w14:paraId="1C3CC8D2" w14:textId="77777777" w:rsidR="00473D37" w:rsidRDefault="00000000">
      <w:r>
        <w:t>Full name:  ____________________________________________________________</w:t>
      </w:r>
    </w:p>
    <w:p w14:paraId="62F0E106" w14:textId="77777777" w:rsidR="00473D37" w:rsidRDefault="00000000">
      <w:r>
        <w:t>Relationship:  ____________________________________________________________</w:t>
      </w:r>
    </w:p>
    <w:p w14:paraId="4DF5A0FC" w14:textId="77777777" w:rsidR="00473D37" w:rsidRDefault="00000000">
      <w:r>
        <w:t>Phone number:  ____________________________________________________________</w:t>
      </w:r>
    </w:p>
    <w:p w14:paraId="632DBC69" w14:textId="77777777" w:rsidR="00473D37" w:rsidRDefault="00000000">
      <w:r>
        <w:t>Email address:  ____________________________________________________________</w:t>
      </w:r>
    </w:p>
    <w:p w14:paraId="6CA1F251" w14:textId="77777777" w:rsidR="00473D37" w:rsidRDefault="00000000">
      <w:r>
        <w:t>Address:  ____________________________________________________________</w:t>
      </w:r>
    </w:p>
    <w:p w14:paraId="1BD9F607" w14:textId="38EDDFC1" w:rsidR="00473D37" w:rsidRDefault="00000000">
      <w:pPr>
        <w:pStyle w:val="Heading1"/>
      </w:pPr>
      <w:r>
        <w:lastRenderedPageBreak/>
        <w:t>3 | Health &amp; Medical Information</w:t>
      </w:r>
    </w:p>
    <w:p w14:paraId="55F87D5B" w14:textId="77777777" w:rsidR="00C629BA" w:rsidRPr="00C629BA" w:rsidRDefault="00C629BA" w:rsidP="00C629BA"/>
    <w:p w14:paraId="13C033E7" w14:textId="77777777" w:rsidR="00473D37" w:rsidRDefault="00000000">
      <w:r>
        <w:t>Medical information will be treated confidentially and shared only as necessary for trip planning or an emergency.</w:t>
      </w:r>
    </w:p>
    <w:p w14:paraId="4F93D1B9" w14:textId="77777777" w:rsidR="00473D37" w:rsidRDefault="00000000">
      <w:r>
        <w:t>List any health conditions that may affect your participation or require ongoing medical care:</w:t>
      </w:r>
    </w:p>
    <w:p w14:paraId="74E197DF" w14:textId="77777777" w:rsidR="00473D37" w:rsidRDefault="00000000">
      <w:r>
        <w:t>________________________________________________________________________________</w:t>
      </w:r>
    </w:p>
    <w:p w14:paraId="0D8C34E9" w14:textId="77777777" w:rsidR="00473D37" w:rsidRDefault="00000000">
      <w:r>
        <w:t>________________________________________________________________________________</w:t>
      </w:r>
    </w:p>
    <w:p w14:paraId="56D67B87" w14:textId="77777777" w:rsidR="00473D37" w:rsidRDefault="00000000">
      <w:r>
        <w:t>Current medications (include dosage if relevant to emergency care):</w:t>
      </w:r>
    </w:p>
    <w:p w14:paraId="7D4DBC50" w14:textId="77777777" w:rsidR="00473D37" w:rsidRDefault="00000000">
      <w:r>
        <w:t>________________________________________________________________________________</w:t>
      </w:r>
    </w:p>
    <w:p w14:paraId="2A3E33D6" w14:textId="77777777" w:rsidR="00473D37" w:rsidRDefault="00000000">
      <w:r>
        <w:t>________________________________________________________________________________</w:t>
      </w:r>
    </w:p>
    <w:p w14:paraId="2F576C70" w14:textId="77777777" w:rsidR="00473D37" w:rsidRDefault="00000000">
      <w:r>
        <w:t>Allergies (including medication and food):  ____________________________________________________________</w:t>
      </w:r>
    </w:p>
    <w:p w14:paraId="47E7DA68" w14:textId="77777777" w:rsidR="00473D37" w:rsidRDefault="00000000">
      <w:r>
        <w:t>Dietary restrictions or accommodations:  ____________________________________________________________</w:t>
      </w:r>
    </w:p>
    <w:p w14:paraId="24B299D4" w14:textId="77777777" w:rsidR="00473D37" w:rsidRDefault="00000000">
      <w:r>
        <w:t>Date of most recent tetanus vaccination (if known):  ____________________________________________________________</w:t>
      </w:r>
    </w:p>
    <w:p w14:paraId="72C42FE1" w14:textId="77777777" w:rsidR="00473D37" w:rsidRDefault="00000000">
      <w:r>
        <w:t>If a medical emergency arises, do you consent to evaluation and treatment by qualified medical personnel?  ☐ Yes   ☐ No</w:t>
      </w:r>
    </w:p>
    <w:p w14:paraId="6B6DD115" w14:textId="77777777" w:rsidR="00473D37" w:rsidRDefault="00000000">
      <w:r>
        <w:t>Please consult a qualified travel-health provider about recommended or required vaccinations, medications, and precautions for Ethiopia. This application is not medical advice.</w:t>
      </w:r>
    </w:p>
    <w:p w14:paraId="6EFB06B1" w14:textId="77777777" w:rsidR="00473D37" w:rsidRDefault="00000000">
      <w:pPr>
        <w:pStyle w:val="Heading1"/>
      </w:pPr>
      <w:r>
        <w:t>4 | Travel Documents</w:t>
      </w:r>
    </w:p>
    <w:p w14:paraId="6ED6CEA6" w14:textId="77777777" w:rsidR="00C629BA" w:rsidRPr="00C629BA" w:rsidRDefault="00C629BA" w:rsidP="00C629BA"/>
    <w:p w14:paraId="2F3C9C14" w14:textId="77777777" w:rsidR="00473D37" w:rsidRDefault="00000000">
      <w:r>
        <w:t>Do you currently hold a passport?  ☐ Yes   ☐ No</w:t>
      </w:r>
    </w:p>
    <w:p w14:paraId="433C74C5" w14:textId="77777777" w:rsidR="00473D37" w:rsidRDefault="00000000">
      <w:r>
        <w:t>Passport expiration date:  ____________________________________________________________</w:t>
      </w:r>
    </w:p>
    <w:p w14:paraId="01588AAD" w14:textId="77777777" w:rsidR="00473D37" w:rsidRDefault="00000000">
      <w:r>
        <w:t>Please provide a passport copy through the secure submission method directed by Out of the Ashes. Check current entry requirements before travel; passport validity and visa requirements may change.</w:t>
      </w:r>
    </w:p>
    <w:p w14:paraId="3CCCD1E9" w14:textId="77777777" w:rsidR="00473D37" w:rsidRDefault="00000000">
      <w:pPr>
        <w:pStyle w:val="Heading1"/>
      </w:pPr>
      <w:r>
        <w:t>5 | Experience, Skills &amp; Motivation</w:t>
      </w:r>
    </w:p>
    <w:p w14:paraId="638D65AB" w14:textId="77777777" w:rsidR="00C629BA" w:rsidRPr="00C629BA" w:rsidRDefault="00C629BA" w:rsidP="00C629BA"/>
    <w:p w14:paraId="189DA0EE" w14:textId="77777777" w:rsidR="00473D37" w:rsidRDefault="00000000">
      <w:r>
        <w:t>Please describe your volunteer experience and any skills or talents you would like to contribute (for example, photography, music, language, education, or medical training).</w:t>
      </w:r>
    </w:p>
    <w:p w14:paraId="72337BC3" w14:textId="77777777" w:rsidR="00473D37" w:rsidRDefault="00000000">
      <w:r>
        <w:t>________________________________________________________________________________</w:t>
      </w:r>
    </w:p>
    <w:p w14:paraId="3C1FD59C" w14:textId="77777777" w:rsidR="00473D37" w:rsidRDefault="00000000">
      <w:r>
        <w:t>________________________________________________________________________________</w:t>
      </w:r>
    </w:p>
    <w:p w14:paraId="2C529F8F" w14:textId="77777777" w:rsidR="00473D37" w:rsidRDefault="00000000">
      <w:r>
        <w:t>________________________________________________________________________________</w:t>
      </w:r>
    </w:p>
    <w:p w14:paraId="78BFFB46" w14:textId="77777777" w:rsidR="00473D37" w:rsidRDefault="00000000">
      <w:r>
        <w:t>Why are you interested in participating in an Out of the Ashes mission trip to Ethiopia?</w:t>
      </w:r>
    </w:p>
    <w:p w14:paraId="7817B3D2" w14:textId="77777777" w:rsidR="00473D37" w:rsidRDefault="00000000">
      <w:r>
        <w:t>________________________________________________________________________________</w:t>
      </w:r>
    </w:p>
    <w:p w14:paraId="405A882F" w14:textId="77777777" w:rsidR="00473D37" w:rsidRDefault="00000000">
      <w:r>
        <w:t>________________________________________________________________________________</w:t>
      </w:r>
    </w:p>
    <w:p w14:paraId="6C274784" w14:textId="77777777" w:rsidR="00473D37" w:rsidRDefault="00000000">
      <w:r>
        <w:t>________________________________________________________________________________</w:t>
      </w:r>
    </w:p>
    <w:p w14:paraId="39EF87FE" w14:textId="77777777" w:rsidR="00473D37" w:rsidRDefault="00000000">
      <w:r>
        <w:t>Have you participated in an international mission or humanitarian trip before?  ☐ Yes   ☐ No</w:t>
      </w:r>
    </w:p>
    <w:p w14:paraId="1801822B" w14:textId="77777777" w:rsidR="00C629BA" w:rsidRDefault="00C629BA"/>
    <w:p w14:paraId="3540EA79" w14:textId="42823394" w:rsidR="00473D37" w:rsidRDefault="00000000">
      <w:r>
        <w:lastRenderedPageBreak/>
        <w:t>If yes, please describe where you served and what you learned:</w:t>
      </w:r>
    </w:p>
    <w:p w14:paraId="166FFD93" w14:textId="77777777" w:rsidR="00473D37" w:rsidRDefault="00000000">
      <w:r>
        <w:t>________________________________________________________________________________</w:t>
      </w:r>
    </w:p>
    <w:p w14:paraId="615FAD2B" w14:textId="77777777" w:rsidR="00473D37" w:rsidRDefault="00000000">
      <w:r>
        <w:t>________________________________________________________________________________</w:t>
      </w:r>
    </w:p>
    <w:p w14:paraId="2E833060" w14:textId="77777777" w:rsidR="00473D37" w:rsidRDefault="00000000">
      <w:r>
        <w:t>________________________________________________________________________________</w:t>
      </w:r>
    </w:p>
    <w:p w14:paraId="79E39FF9" w14:textId="77777777" w:rsidR="00473D37" w:rsidRDefault="00000000">
      <w:r>
        <w:t>How have your experiences prepared you for this trip?</w:t>
      </w:r>
    </w:p>
    <w:p w14:paraId="2C7D1024" w14:textId="77777777" w:rsidR="00473D37" w:rsidRDefault="00000000">
      <w:r>
        <w:t>________________________________________________________________________________</w:t>
      </w:r>
    </w:p>
    <w:p w14:paraId="54E0F225" w14:textId="77777777" w:rsidR="00473D37" w:rsidRDefault="00000000">
      <w:r>
        <w:t>________________________________________________________________________________</w:t>
      </w:r>
    </w:p>
    <w:p w14:paraId="54B650B4" w14:textId="77777777" w:rsidR="00473D37" w:rsidRDefault="00000000">
      <w:r>
        <w:t>________________________________________________________________________________</w:t>
      </w:r>
    </w:p>
    <w:p w14:paraId="7142EC5E" w14:textId="77777777" w:rsidR="00473D37" w:rsidRDefault="00000000">
      <w:r>
        <w:t>International travel and service may involve differences in language, food, accommodations, privacy, schedules, and cultural expectations. How will you approach these differences with flexibility and respect?</w:t>
      </w:r>
    </w:p>
    <w:p w14:paraId="2F72D054" w14:textId="77777777" w:rsidR="00473D37" w:rsidRDefault="00000000">
      <w:r>
        <w:t>________________________________________________________________________________</w:t>
      </w:r>
    </w:p>
    <w:p w14:paraId="62AEFBDB" w14:textId="77777777" w:rsidR="00473D37" w:rsidRDefault="00000000">
      <w:r>
        <w:t>________________________________________________________________________________</w:t>
      </w:r>
    </w:p>
    <w:p w14:paraId="6E00FC7D" w14:textId="77777777" w:rsidR="00473D37" w:rsidRDefault="00000000">
      <w:r>
        <w:t>________________________________________________________________________________</w:t>
      </w:r>
    </w:p>
    <w:p w14:paraId="36E331E2" w14:textId="77777777" w:rsidR="00473D37" w:rsidRDefault="00000000">
      <w:r>
        <w:t>________________________________________________________________________________</w:t>
      </w:r>
    </w:p>
    <w:p w14:paraId="44FD8949" w14:textId="77777777" w:rsidR="00473D37" w:rsidRDefault="00000000">
      <w:pPr>
        <w:pStyle w:val="Heading1"/>
      </w:pPr>
      <w:r>
        <w:t>6 | Medical Professionals (If Applicable)</w:t>
      </w:r>
    </w:p>
    <w:p w14:paraId="405249B9" w14:textId="77777777" w:rsidR="00C629BA" w:rsidRPr="00C629BA" w:rsidRDefault="00C629BA" w:rsidP="00C629BA"/>
    <w:p w14:paraId="4D889BB9" w14:textId="77777777" w:rsidR="00473D37" w:rsidRDefault="00000000">
      <w:r>
        <w:t>If you are applying to serve in a medical capacity (MD, DO, PA, NP, RN, LPN, or another licensed profession), please identify your credentials and current license. Medical assignments and permitted activities will depend on local requirements and trip arrangements.</w:t>
      </w:r>
    </w:p>
    <w:p w14:paraId="0CCAD8C2" w14:textId="77777777" w:rsidR="00473D37" w:rsidRDefault="00000000">
      <w:r>
        <w:t>License / professional designation:  ____________________________________________________________</w:t>
      </w:r>
    </w:p>
    <w:p w14:paraId="5CEA4811" w14:textId="77777777" w:rsidR="00473D37" w:rsidRDefault="00000000">
      <w:r>
        <w:t>Licensing state or jurisdiction:  ____________________________________________________________</w:t>
      </w:r>
    </w:p>
    <w:p w14:paraId="22DB99DB" w14:textId="77777777" w:rsidR="00473D37" w:rsidRDefault="00000000">
      <w:r>
        <w:t>Please include a copy of your current professional license if requested by the mission coordinator.</w:t>
      </w:r>
    </w:p>
    <w:p w14:paraId="5DAA2CB1" w14:textId="77777777" w:rsidR="00473D37" w:rsidRDefault="00000000">
      <w:pPr>
        <w:pStyle w:val="Heading1"/>
      </w:pPr>
      <w:r>
        <w:t>7 | Applicant Acknowledgment</w:t>
      </w:r>
    </w:p>
    <w:p w14:paraId="368E70FD" w14:textId="77777777" w:rsidR="00C629BA" w:rsidRPr="00C629BA" w:rsidRDefault="00C629BA" w:rsidP="00C629BA"/>
    <w:p w14:paraId="64815CBD" w14:textId="77777777" w:rsidR="00473D37" w:rsidRDefault="00000000">
      <w:r>
        <w:t>I confirm that the information provided is accurate to the best of my knowledge. I understand that submitting this application does not guarantee acceptance or participation, and that additional trip guidelines, releases, and travel requirements may apply.</w:t>
      </w:r>
    </w:p>
    <w:p w14:paraId="51CFA1B7" w14:textId="77777777" w:rsidR="00473D37" w:rsidRDefault="00000000">
      <w:r>
        <w:t>Applicant signature:  ____________________________________________________________</w:t>
      </w:r>
    </w:p>
    <w:p w14:paraId="257BC844" w14:textId="77777777" w:rsidR="00473D37" w:rsidRDefault="00000000">
      <w:r>
        <w:t>Date:  ____________________________________________________________</w:t>
      </w:r>
    </w:p>
    <w:p w14:paraId="18BEA9EE" w14:textId="77777777" w:rsidR="00473D37" w:rsidRDefault="00000000">
      <w:pPr>
        <w:pStyle w:val="Heading1"/>
      </w:pPr>
      <w:r>
        <w:t>Submission &amp; Questions</w:t>
      </w:r>
    </w:p>
    <w:p w14:paraId="2B9E48A6" w14:textId="77777777" w:rsidR="00C629BA" w:rsidRPr="00C629BA" w:rsidRDefault="00C629BA" w:rsidP="00C629BA"/>
    <w:p w14:paraId="6589BF0A" w14:textId="568234F4" w:rsidR="00473D37" w:rsidRDefault="00000000">
      <w:r>
        <w:t>Email completed application to</w:t>
      </w:r>
      <w:r w:rsidR="00C629BA">
        <w:t xml:space="preserve"> stacy</w:t>
      </w:r>
      <w:r>
        <w:t>@outoftheashesinc.org</w:t>
      </w:r>
    </w:p>
    <w:p w14:paraId="7072C995" w14:textId="77777777" w:rsidR="00473D37" w:rsidRDefault="00000000">
      <w:r>
        <w:t>Out of the Ashes, Inc.  |  PO Box 1928, Lebanon, MO 65536</w:t>
      </w:r>
    </w:p>
    <w:p w14:paraId="7EAC48FE" w14:textId="77777777" w:rsidR="00473D37" w:rsidRDefault="00000000">
      <w:r>
        <w:t>For application questions, contact the Out of the Ashes team at the email address above.</w:t>
      </w:r>
    </w:p>
    <w:sectPr w:rsidR="00473D37"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1"/>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133640">
    <w:abstractNumId w:val="8"/>
  </w:num>
  <w:num w:numId="2" w16cid:durableId="435369663">
    <w:abstractNumId w:val="6"/>
  </w:num>
  <w:num w:numId="3" w16cid:durableId="795486064">
    <w:abstractNumId w:val="5"/>
  </w:num>
  <w:num w:numId="4" w16cid:durableId="2095124212">
    <w:abstractNumId w:val="4"/>
  </w:num>
  <w:num w:numId="5" w16cid:durableId="777024143">
    <w:abstractNumId w:val="7"/>
  </w:num>
  <w:num w:numId="6" w16cid:durableId="2025862279">
    <w:abstractNumId w:val="3"/>
  </w:num>
  <w:num w:numId="7" w16cid:durableId="1612591281">
    <w:abstractNumId w:val="2"/>
  </w:num>
  <w:num w:numId="8" w16cid:durableId="1957062814">
    <w:abstractNumId w:val="1"/>
  </w:num>
  <w:num w:numId="9" w16cid:durableId="1729720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73D37"/>
    <w:rsid w:val="006C24D0"/>
    <w:rsid w:val="008D06C5"/>
    <w:rsid w:val="00AA1D8D"/>
    <w:rsid w:val="00B47730"/>
    <w:rsid w:val="00C629BA"/>
    <w:rsid w:val="00CB0664"/>
    <w:rsid w:val="00E3670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B5C3BE"/>
  <w14:defaultImageDpi w14:val="300"/>
  <w15:docId w15:val="{50A758ED-CA95-6347-BB2D-7A9E432DB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E4C55"/>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E4C55"/>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527</Words>
  <Characters>5726</Characters>
  <Application>Microsoft Office Word</Application>
  <DocSecurity>0</DocSecurity>
  <Lines>84</Lines>
  <Paragraphs>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stacy segebarth</cp:lastModifiedBy>
  <cp:revision>2</cp:revision>
  <dcterms:created xsi:type="dcterms:W3CDTF">2026-10-15T14:45:00Z</dcterms:created>
  <dcterms:modified xsi:type="dcterms:W3CDTF">2026-10-15T14:45:00Z</dcterms:modified>
  <cp:category/>
</cp:coreProperties>
</file>